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google/diffusiongemma-26b-a4b-it              OK</w:t>
      </w:r>
    </w:p>
    <w:p>
      <w:r>
        <w:t>google/gemma-4-31b-it                                   OK</w:t>
      </w:r>
    </w:p>
    <w:p>
      <w:r>
        <w:t>meta/llama-3.2-11b-vision-instruct                      OK</w:t>
      </w:r>
    </w:p>
    <w:p>
      <w:r>
        <w:t>meta/muse-glimmer-30b                                   OK</w:t>
      </w:r>
    </w:p>
    <w:p>
      <w:r>
        <w:t>nvidia/ising-calibration-1.5-31b                        OK</w:t>
      </w:r>
    </w:p>
    <w:p>
      <w:r>
        <w:t>nvidia/llama-3.1-nemoguard-8b-content-safety            OK</w:t>
      </w:r>
    </w:p>
    <w:p>
      <w:r>
        <w:t>nvidia/llama-3.1-nemotron-safety-guard-8b-v3            OK</w:t>
      </w:r>
    </w:p>
    <w:p>
      <w:r>
        <w:t>nvidia/nemotron-3-super-120b-a12b                       OK</w:t>
      </w:r>
    </w:p>
    <w:p>
      <w:r>
        <w:t>nvidia/nemotron-3.5-content-safety                      OK</w:t>
      </w:r>
    </w:p>
    <w:p>
      <w:r>
        <w:t>nvidia/nemotron-3.5-lightning-30b-a3b                   OK</w:t>
      </w:r>
    </w:p>
    <w:p>
      <w:r>
        <w:t>nvidia/riva-translate-4b-instruct-v1.1                  OK</w:t>
      </w:r>
    </w:p>
    <w:p>
      <w:r>
        <w:t>nvidia/riva-translate-4b-instruct-v2                    OK</w:t>
      </w:r>
    </w:p>
    <w:p>
      <w:r>
        <w:t>openai/gpt-oss-20b                                      OK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