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Dòng thứ nhất: Thông tin quan trọng.</w:t>
      </w:r>
    </w:p>
    <w:p>
      <w:r>
        <w:t>Dòng thứ hai: Chi tiết yêu cầu.</w:t>
      </w:r>
    </w:p>
    <w:p>
      <w:r>
        <w:t>Dòng thứ ba: Kết thúc nội dung.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